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09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70" w:type="dxa"/>
          <w:left w:w="0" w:type="dxa"/>
          <w:bottom w:w="147" w:type="dxa"/>
          <w:right w:w="113" w:type="dxa"/>
        </w:tblCellMar>
      </w:tblPr>
      <w:tblGrid>
        <w:gridCol w:w="4308"/>
        <w:gridCol w:w="3061"/>
        <w:gridCol w:w="2721"/>
      </w:tblGrid>
      <w:tr>
        <w:tc>
          <w:tcPr>
            <w:tcW w:type="dxa" w:w="4309"/>
            <w:tcBorders>
              <w:bottom w:val="single" w:sz="4" w:space="0" w:color="BDBDBD"/>
            </w:tcBorders>
          </w:tcPr>
          <w:p>
            <w:r>
              <w:rPr>
                <w:b w:val="0"/>
                <w:color w:val="5A5A5A"/>
                <w:sz w:val="16"/>
              </w:rPr>
              <w:t>Hotel confirmation no.</w:t>
            </w:r>
          </w:p>
          <w:p>
            <w:pPr>
              <w:spacing w:before="40"/>
            </w:pPr>
            <w:r>
              <w:rPr>
                <w:b/>
                <w:sz w:val="30"/>
              </w:rPr>
              <w:t>[Hotel's own number]</w:t>
            </w:r>
          </w:p>
        </w:tc>
        <w:tc>
          <w:tcPr>
            <w:tcW w:type="dxa" w:w="3061"/>
            <w:tcBorders>
              <w:bottom w:val="single" w:sz="4" w:space="0" w:color="BDBDBD"/>
            </w:tcBorders>
          </w:tcPr>
          <w:p>
            <w:r>
              <w:rPr>
                <w:b w:val="0"/>
                <w:color w:val="5A5A5A"/>
                <w:sz w:val="16"/>
              </w:rPr>
              <w:t>Our reference</w:t>
            </w:r>
          </w:p>
          <w:p>
            <w:pPr>
              <w:spacing w:before="40"/>
            </w:pPr>
            <w:r>
              <w:rPr>
                <w:b w:val="0"/>
                <w:sz w:val="22"/>
              </w:rPr>
              <w:t>[Your booking reference]</w:t>
            </w:r>
          </w:p>
        </w:tc>
        <w:tc>
          <w:tcPr>
            <w:tcW w:type="dxa" w:w="2721"/>
            <w:tcBorders>
              <w:bottom w:val="single" w:sz="4" w:space="0" w:color="BDBDBD"/>
            </w:tcBorders>
          </w:tcPr>
          <w:p>
            <w:r>
              <w:rPr>
                <w:b w:val="0"/>
                <w:color w:val="5A5A5A"/>
                <w:sz w:val="16"/>
              </w:rPr>
              <w:t>Status</w:t>
            </w:r>
          </w:p>
          <w:p>
            <w:pPr>
              <w:spacing w:before="40"/>
            </w:pPr>
            <w:r>
              <w:rPr>
                <w:b w:val="0"/>
                <w:sz w:val="22"/>
              </w:rPr>
              <w:t>[Confirmed]</w:t>
            </w:r>
          </w:p>
        </w:tc>
      </w:tr>
    </w:tbl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09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2" w:type="dxa"/>
          <w:left w:w="0" w:type="dxa"/>
          <w:bottom w:w="62" w:type="dxa"/>
          <w:right w:w="113" w:type="dxa"/>
        </w:tblCellMar>
      </w:tblPr>
      <w:tblGrid>
        <w:gridCol w:w="1870"/>
        <w:gridCol w:w="2948"/>
        <w:gridCol w:w="453"/>
        <w:gridCol w:w="1870"/>
        <w:gridCol w:w="2948"/>
      </w:tblGrid>
      <w:tr>
        <w:tc>
          <w:tcPr>
            <w:tcW w:type="dxa" w:w="4819"/>
            <w:gridSpan w:val="2"/>
          </w:tcPr>
          <w:p>
            <w:pPr>
              <w:spacing w:before="200"/>
            </w:pPr>
            <w:r>
              <w:rPr>
                <w:b/>
                <w:sz w:val="19"/>
              </w:rPr>
              <w:t>Guests</w:t>
            </w:r>
          </w:p>
        </w:tc>
        <w:tc>
          <w:tcPr>
            <w:tcW w:type="dxa" w:w="454"/>
          </w:tcPr>
          <w:p/>
        </w:tc>
        <w:tc>
          <w:tcPr>
            <w:tcW w:type="dxa" w:w="4819"/>
            <w:gridSpan w:val="2"/>
          </w:tcPr>
          <w:p>
            <w:pPr>
              <w:spacing w:before="200"/>
            </w:pPr>
            <w:r>
              <w:rPr>
                <w:b/>
                <w:sz w:val="19"/>
              </w:rPr>
              <w:t>Hotel</w:t>
            </w:r>
          </w:p>
        </w:tc>
      </w:tr>
      <w:tr>
        <w:tc>
          <w:tcPr>
            <w:tcW w:type="dxa" w:w="1871"/>
            <w:tcBorders>
              <w:top w:val="single" w:sz="4" w:space="0" w:color="CFCFCF"/>
            </w:tcBorders>
          </w:tcPr>
          <w:p>
            <w:r>
              <w:rPr>
                <w:b w:val="0"/>
                <w:color w:val="5A5A5A"/>
                <w:sz w:val="16"/>
              </w:rPr>
              <w:t>Lead guest</w:t>
            </w:r>
          </w:p>
        </w:tc>
        <w:tc>
          <w:tcPr>
            <w:tcW w:type="dxa" w:w="2948"/>
            <w:tcBorders>
              <w:top w:val="single" w:sz="4" w:space="0" w:color="CFCFCF"/>
            </w:tcBorders>
          </w:tcPr>
          <w:p>
            <w:r>
              <w:rPr>
                <w:b w:val="0"/>
              </w:rPr>
              <w:t>[Title, first name, surname, as on the passport]</w:t>
            </w:r>
          </w:p>
        </w:tc>
        <w:tc>
          <w:tcPr>
            <w:tcW w:type="dxa" w:w="454"/>
          </w:tcPr>
          <w:p/>
        </w:tc>
        <w:tc>
          <w:tcPr>
            <w:tcW w:type="dxa" w:w="1871"/>
            <w:tcBorders>
              <w:top w:val="single" w:sz="4" w:space="0" w:color="CFCFCF"/>
            </w:tcBorders>
          </w:tcPr>
          <w:p>
            <w:r>
              <w:rPr>
                <w:b w:val="0"/>
                <w:color w:val="5A5A5A"/>
                <w:sz w:val="16"/>
              </w:rPr>
              <w:t>Hotel</w:t>
            </w:r>
          </w:p>
        </w:tc>
        <w:tc>
          <w:tcPr>
            <w:tcW w:type="dxa" w:w="2948"/>
            <w:tcBorders>
              <w:top w:val="single" w:sz="4" w:space="0" w:color="CFCFCF"/>
            </w:tcBorders>
          </w:tcPr>
          <w:p>
            <w:r>
              <w:rPr>
                <w:b w:val="0"/>
              </w:rPr>
              <w:t>[Hotel name]</w:t>
            </w:r>
          </w:p>
        </w:tc>
      </w:tr>
      <w:tr>
        <w:tc>
          <w:tcPr>
            <w:tcW w:type="dxa" w:w="1871"/>
            <w:tcBorders>
              <w:top w:val="single" w:sz="4" w:space="0" w:color="CFCFCF"/>
            </w:tcBorders>
          </w:tcPr>
          <w:p>
            <w:r>
              <w:rPr>
                <w:b w:val="0"/>
                <w:color w:val="5A5A5A"/>
                <w:sz w:val="16"/>
              </w:rPr>
              <w:t>Adults</w:t>
            </w:r>
          </w:p>
        </w:tc>
        <w:tc>
          <w:tcPr>
            <w:tcW w:type="dxa" w:w="2948"/>
            <w:tcBorders>
              <w:top w:val="single" w:sz="4" w:space="0" w:color="CFCFCF"/>
            </w:tcBorders>
          </w:tcPr>
          <w:p>
            <w:r>
              <w:rPr>
                <w:b w:val="0"/>
              </w:rPr>
              <w:t>[Number]</w:t>
            </w:r>
          </w:p>
        </w:tc>
        <w:tc>
          <w:tcPr>
            <w:tcW w:type="dxa" w:w="454"/>
          </w:tcPr>
          <w:p/>
        </w:tc>
        <w:tc>
          <w:tcPr>
            <w:tcW w:type="dxa" w:w="1871"/>
            <w:tcBorders>
              <w:top w:val="single" w:sz="4" w:space="0" w:color="CFCFCF"/>
            </w:tcBorders>
          </w:tcPr>
          <w:p>
            <w:r>
              <w:rPr>
                <w:b w:val="0"/>
                <w:color w:val="5A5A5A"/>
                <w:sz w:val="16"/>
              </w:rPr>
              <w:t>Address</w:t>
            </w:r>
          </w:p>
        </w:tc>
        <w:tc>
          <w:tcPr>
            <w:tcW w:type="dxa" w:w="2948"/>
            <w:tcBorders>
              <w:top w:val="single" w:sz="4" w:space="0" w:color="CFCFCF"/>
            </w:tcBorders>
          </w:tcPr>
          <w:p>
            <w:r>
              <w:rPr>
                <w:b w:val="0"/>
              </w:rPr>
              <w:t>[Street, city, country]</w:t>
            </w:r>
          </w:p>
        </w:tc>
      </w:tr>
      <w:tr>
        <w:tc>
          <w:tcPr>
            <w:tcW w:type="dxa" w:w="1871"/>
            <w:tcBorders>
              <w:top w:val="single" w:sz="4" w:space="0" w:color="CFCFCF"/>
            </w:tcBorders>
          </w:tcPr>
          <w:p>
            <w:r>
              <w:rPr>
                <w:b w:val="0"/>
                <w:color w:val="5A5A5A"/>
                <w:sz w:val="16"/>
              </w:rPr>
              <w:t>Children and ages</w:t>
            </w:r>
          </w:p>
        </w:tc>
        <w:tc>
          <w:tcPr>
            <w:tcW w:type="dxa" w:w="2948"/>
            <w:tcBorders>
              <w:top w:val="single" w:sz="4" w:space="0" w:color="CFCFCF"/>
            </w:tcBorders>
          </w:tcPr>
          <w:p>
            <w:r>
              <w:rPr>
                <w:b w:val="0"/>
              </w:rPr>
              <w:t>[Number] · [ages on the travel date]</w:t>
            </w:r>
          </w:p>
        </w:tc>
        <w:tc>
          <w:tcPr>
            <w:tcW w:type="dxa" w:w="454"/>
          </w:tcPr>
          <w:p/>
        </w:tc>
        <w:tc>
          <w:tcPr>
            <w:tcW w:type="dxa" w:w="1871"/>
            <w:tcBorders>
              <w:top w:val="single" w:sz="4" w:space="0" w:color="CFCFCF"/>
            </w:tcBorders>
          </w:tcPr>
          <w:p>
            <w:r>
              <w:rPr>
                <w:b w:val="0"/>
                <w:color w:val="5A5A5A"/>
                <w:sz w:val="16"/>
              </w:rPr>
              <w:t>Phone</w:t>
            </w:r>
          </w:p>
        </w:tc>
        <w:tc>
          <w:tcPr>
            <w:tcW w:type="dxa" w:w="2948"/>
            <w:tcBorders>
              <w:top w:val="single" w:sz="4" w:space="0" w:color="CFCFCF"/>
            </w:tcBorders>
          </w:tcPr>
          <w:p>
            <w:r>
              <w:rPr>
                <w:b w:val="0"/>
              </w:rPr>
              <w:t>[Hotel phone, with country code]</w:t>
            </w:r>
          </w:p>
        </w:tc>
      </w:tr>
      <w:tr>
        <w:tc>
          <w:tcPr>
            <w:tcW w:type="dxa" w:w="1871"/>
            <w:tcBorders>
              <w:top w:val="single" w:sz="4" w:space="0" w:color="CFCFCF"/>
              <w:bottom w:val="single" w:sz="4" w:space="0" w:color="CFCFCF"/>
            </w:tcBorders>
          </w:tcPr>
          <w:p>
            <w:r>
              <w:rPr>
                <w:b w:val="0"/>
                <w:color w:val="5A5A5A"/>
                <w:sz w:val="16"/>
              </w:rPr>
              <w:t>Other guests</w:t>
            </w:r>
          </w:p>
        </w:tc>
        <w:tc>
          <w:tcPr>
            <w:tcW w:type="dxa" w:w="2948"/>
            <w:tcBorders>
              <w:top w:val="single" w:sz="4" w:space="0" w:color="CFCFCF"/>
              <w:bottom w:val="single" w:sz="4" w:space="0" w:color="CFCFCF"/>
            </w:tcBorders>
          </w:tcPr>
          <w:p>
            <w:r>
              <w:rPr>
                <w:b w:val="0"/>
              </w:rPr>
              <w:t>[Names, as on the passports]</w:t>
            </w:r>
          </w:p>
        </w:tc>
        <w:tc>
          <w:tcPr>
            <w:tcW w:type="dxa" w:w="454"/>
          </w:tcPr>
          <w:p/>
        </w:tc>
        <w:tc>
          <w:tcPr>
            <w:tcW w:type="dxa" w:w="1871"/>
            <w:tcBorders>
              <w:top w:val="single" w:sz="4" w:space="0" w:color="CFCFCF"/>
              <w:bottom w:val="single" w:sz="4" w:space="0" w:color="CFCFCF"/>
            </w:tcBorders>
          </w:tcPr>
          <w:p>
            <w:r>
              <w:rPr>
                <w:b w:val="0"/>
                <w:color w:val="5A5A5A"/>
                <w:sz w:val="16"/>
              </w:rPr>
              <w:t>Email</w:t>
            </w:r>
          </w:p>
        </w:tc>
        <w:tc>
          <w:tcPr>
            <w:tcW w:type="dxa" w:w="2948"/>
            <w:tcBorders>
              <w:top w:val="single" w:sz="4" w:space="0" w:color="CFCFCF"/>
              <w:bottom w:val="single" w:sz="4" w:space="0" w:color="CFCFCF"/>
            </w:tcBorders>
          </w:tcPr>
          <w:p>
            <w:r>
              <w:rPr>
                <w:b w:val="0"/>
              </w:rPr>
              <w:t>[Hotel reservations email]</w:t>
            </w:r>
          </w:p>
        </w:tc>
      </w:tr>
    </w:tbl>
    <w:p>
      <w:pPr>
        <w:spacing w:before="200" w:after="60"/>
      </w:pPr>
      <w:r>
        <w:rPr>
          <w:b/>
          <w:sz w:val="19"/>
        </w:rPr>
        <w:t>Stay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09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9" w:type="dxa"/>
          <w:left w:w="0" w:type="dxa"/>
          <w:bottom w:w="90" w:type="dxa"/>
          <w:right w:w="113" w:type="dxa"/>
        </w:tblCellMar>
      </w:tblPr>
      <w:tblGrid>
        <w:gridCol w:w="4081"/>
        <w:gridCol w:w="4081"/>
        <w:gridCol w:w="1927"/>
      </w:tblGrid>
      <w:tr>
        <w:tc>
          <w:tcPr>
            <w:tcW w:type="dxa" w:w="4082"/>
            <w:tcBorders>
              <w:top w:val="single" w:sz="4" w:space="0" w:color="CFCFCF"/>
              <w:bottom w:val="single" w:sz="4" w:space="0" w:color="CFCFCF"/>
            </w:tcBorders>
          </w:tcPr>
          <w:p>
            <w:r>
              <w:rPr>
                <w:b w:val="0"/>
                <w:color w:val="5A5A5A"/>
                <w:sz w:val="16"/>
              </w:rPr>
              <w:t>Check-in</w:t>
            </w:r>
          </w:p>
          <w:p>
            <w:pPr>
              <w:spacing w:before="30"/>
            </w:pPr>
            <w:r>
              <w:rPr>
                <w:b/>
                <w:sz w:val="21"/>
              </w:rPr>
              <w:t>[Weekday DD Month YYYY]</w:t>
            </w:r>
          </w:p>
          <w:p>
            <w:pPr>
              <w:spacing w:before="20"/>
            </w:pPr>
            <w:r>
              <w:rPr>
                <w:b w:val="0"/>
                <w:color w:val="5A5A5A"/>
                <w:sz w:val="17"/>
              </w:rPr>
              <w:t>Room ready from [14:00]</w:t>
            </w:r>
          </w:p>
        </w:tc>
        <w:tc>
          <w:tcPr>
            <w:tcW w:type="dxa" w:w="4082"/>
            <w:tcBorders>
              <w:top w:val="single" w:sz="4" w:space="0" w:color="CFCFCF"/>
              <w:bottom w:val="single" w:sz="4" w:space="0" w:color="CFCFCF"/>
            </w:tcBorders>
          </w:tcPr>
          <w:p>
            <w:r>
              <w:rPr>
                <w:b w:val="0"/>
                <w:color w:val="5A5A5A"/>
                <w:sz w:val="16"/>
              </w:rPr>
              <w:t>Check-out</w:t>
            </w:r>
          </w:p>
          <w:p>
            <w:pPr>
              <w:spacing w:before="30"/>
            </w:pPr>
            <w:r>
              <w:rPr>
                <w:b/>
                <w:sz w:val="21"/>
              </w:rPr>
              <w:t>[Weekday DD Month YYYY]</w:t>
            </w:r>
          </w:p>
          <w:p>
            <w:pPr>
              <w:spacing w:before="20"/>
            </w:pPr>
            <w:r>
              <w:rPr>
                <w:b w:val="0"/>
                <w:color w:val="5A5A5A"/>
                <w:sz w:val="17"/>
              </w:rPr>
              <w:t>Leave the room by [12:00]</w:t>
            </w:r>
          </w:p>
        </w:tc>
        <w:tc>
          <w:tcPr>
            <w:tcW w:type="dxa" w:w="1928"/>
            <w:tcBorders>
              <w:top w:val="single" w:sz="4" w:space="0" w:color="CFCFCF"/>
              <w:bottom w:val="single" w:sz="4" w:space="0" w:color="CFCFCF"/>
            </w:tcBorders>
          </w:tcPr>
          <w:p>
            <w:r>
              <w:rPr>
                <w:b w:val="0"/>
                <w:color w:val="5A5A5A"/>
                <w:sz w:val="16"/>
              </w:rPr>
              <w:t>Nights</w:t>
            </w:r>
          </w:p>
          <w:p>
            <w:pPr>
              <w:spacing w:before="30"/>
            </w:pPr>
            <w:r>
              <w:rPr>
                <w:b/>
                <w:sz w:val="21"/>
              </w:rPr>
              <w:t>[3]</w:t>
            </w:r>
          </w:p>
        </w:tc>
      </w:tr>
    </w:tbl>
    <w:p>
      <w:pPr>
        <w:spacing w:before="200" w:after="60"/>
      </w:pPr>
      <w:r>
        <w:rPr>
          <w:b/>
          <w:sz w:val="19"/>
        </w:rPr>
        <w:t>Rooms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09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3" w:type="dxa"/>
          <w:left w:w="0" w:type="dxa"/>
          <w:bottom w:w="73" w:type="dxa"/>
          <w:right w:w="113" w:type="dxa"/>
        </w:tblCellMar>
      </w:tblPr>
      <w:tblGrid>
        <w:gridCol w:w="907"/>
        <w:gridCol w:w="2154"/>
        <w:gridCol w:w="2267"/>
        <w:gridCol w:w="2607"/>
        <w:gridCol w:w="2154"/>
      </w:tblGrid>
      <w:tr>
        <w:tc>
          <w:tcPr>
            <w:tcW w:type="dxa" w:w="907"/>
            <w:tcBorders>
              <w:top w:val="single" w:sz="4" w:space="0" w:color="CFCFCF"/>
              <w:bottom w:val="single" w:sz="4" w:space="0" w:color="9A9A9A"/>
            </w:tcBorders>
          </w:tcPr>
          <w:p>
            <w:r>
              <w:rPr>
                <w:b w:val="0"/>
                <w:color w:val="5A5A5A"/>
                <w:sz w:val="16"/>
              </w:rPr>
              <w:t>Rooms</w:t>
            </w:r>
          </w:p>
        </w:tc>
        <w:tc>
          <w:tcPr>
            <w:tcW w:type="dxa" w:w="2154"/>
            <w:tcBorders>
              <w:top w:val="single" w:sz="4" w:space="0" w:color="CFCFCF"/>
              <w:bottom w:val="single" w:sz="4" w:space="0" w:color="9A9A9A"/>
            </w:tcBorders>
          </w:tcPr>
          <w:p>
            <w:r>
              <w:rPr>
                <w:b w:val="0"/>
                <w:color w:val="5A5A5A"/>
                <w:sz w:val="16"/>
              </w:rPr>
              <w:t>Room type</w:t>
            </w:r>
          </w:p>
        </w:tc>
        <w:tc>
          <w:tcPr>
            <w:tcW w:type="dxa" w:w="2268"/>
            <w:tcBorders>
              <w:top w:val="single" w:sz="4" w:space="0" w:color="CFCFCF"/>
              <w:bottom w:val="single" w:sz="4" w:space="0" w:color="9A9A9A"/>
            </w:tcBorders>
          </w:tcPr>
          <w:p>
            <w:r>
              <w:rPr>
                <w:b w:val="0"/>
                <w:color w:val="5A5A5A"/>
                <w:sz w:val="16"/>
              </w:rPr>
              <w:t>Meal plan, in words</w:t>
            </w:r>
          </w:p>
        </w:tc>
        <w:tc>
          <w:tcPr>
            <w:tcW w:type="dxa" w:w="2608"/>
            <w:tcBorders>
              <w:top w:val="single" w:sz="4" w:space="0" w:color="CFCFCF"/>
              <w:bottom w:val="single" w:sz="4" w:space="0" w:color="9A9A9A"/>
            </w:tcBorders>
          </w:tcPr>
          <w:p>
            <w:r>
              <w:rPr>
                <w:b w:val="0"/>
                <w:color w:val="5A5A5A"/>
                <w:sz w:val="16"/>
              </w:rPr>
              <w:t>Guests in the room</w:t>
            </w:r>
          </w:p>
        </w:tc>
        <w:tc>
          <w:tcPr>
            <w:tcW w:type="dxa" w:w="2154"/>
            <w:tcBorders>
              <w:top w:val="single" w:sz="4" w:space="0" w:color="CFCFCF"/>
              <w:bottom w:val="single" w:sz="4" w:space="0" w:color="9A9A9A"/>
            </w:tcBorders>
          </w:tcPr>
          <w:p>
            <w:r>
              <w:rPr>
                <w:b w:val="0"/>
                <w:color w:val="5A5A5A"/>
                <w:sz w:val="16"/>
              </w:rPr>
              <w:t>Room confirmation no.</w:t>
            </w:r>
          </w:p>
        </w:tc>
      </w:tr>
      <w:tr>
        <w:trPr>
          <w:trHeight w:val="396" w:hRule="atLeast"/>
        </w:trPr>
        <w:tc>
          <w:tcPr>
            <w:tcW w:type="dxa" w:w="907"/>
            <w:tcBorders>
              <w:bottom w:val="single" w:sz="4" w:space="0" w:color="CFCFCF"/>
            </w:tcBorders>
          </w:tcPr>
          <w:p>
            <w:r>
              <w:rPr>
                <w:b w:val="0"/>
              </w:rPr>
              <w:t>[1]</w:t>
            </w:r>
          </w:p>
        </w:tc>
        <w:tc>
          <w:tcPr>
            <w:tcW w:type="dxa" w:w="2154"/>
            <w:tcBorders>
              <w:bottom w:val="single" w:sz="4" w:space="0" w:color="CFCFCF"/>
            </w:tcBorders>
          </w:tcPr>
          <w:p>
            <w:r>
              <w:rPr>
                <w:b w:val="0"/>
              </w:rPr>
              <w:t>[Deluxe double]</w:t>
            </w:r>
          </w:p>
        </w:tc>
        <w:tc>
          <w:tcPr>
            <w:tcW w:type="dxa" w:w="2268"/>
            <w:tcBorders>
              <w:bottom w:val="single" w:sz="4" w:space="0" w:color="CFCFCF"/>
            </w:tcBorders>
          </w:tcPr>
          <w:p>
            <w:r>
              <w:rPr>
                <w:b w:val="0"/>
              </w:rPr>
              <w:t>[Breakfast included]</w:t>
            </w:r>
          </w:p>
        </w:tc>
        <w:tc>
          <w:tcPr>
            <w:tcW w:type="dxa" w:w="2608"/>
            <w:tcBorders>
              <w:bottom w:val="single" w:sz="4" w:space="0" w:color="CFCFCF"/>
            </w:tcBorders>
          </w:tcPr>
          <w:p>
            <w:r>
              <w:rPr>
                <w:b w:val="0"/>
              </w:rPr>
              <w:t>[Names]</w:t>
            </w:r>
          </w:p>
        </w:tc>
        <w:tc>
          <w:tcPr>
            <w:tcW w:type="dxa" w:w="2154"/>
            <w:tcBorders>
              <w:bottom w:val="single" w:sz="4" w:space="0" w:color="CFCFCF"/>
            </w:tcBorders>
          </w:tcPr>
          <w:p>
            <w:r>
              <w:rPr>
                <w:b w:val="0"/>
              </w:rPr>
              <w:t>[If the hotel gives one]</w:t>
            </w:r>
          </w:p>
        </w:tc>
      </w:tr>
      <w:tr>
        <w:trPr>
          <w:trHeight w:val="396" w:hRule="atLeast"/>
        </w:trPr>
        <w:tc>
          <w:tcPr>
            <w:tcW w:type="dxa" w:w="907"/>
            <w:tcBorders>
              <w:bottom w:val="single" w:sz="4" w:space="0" w:color="CFCFCF"/>
            </w:tcBorders>
          </w:tcPr>
          <w:p/>
        </w:tc>
        <w:tc>
          <w:tcPr>
            <w:tcW w:type="dxa" w:w="2154"/>
            <w:tcBorders>
              <w:bottom w:val="single" w:sz="4" w:space="0" w:color="CFCFCF"/>
            </w:tcBorders>
          </w:tcPr>
          <w:p/>
        </w:tc>
        <w:tc>
          <w:tcPr>
            <w:tcW w:type="dxa" w:w="2268"/>
            <w:tcBorders>
              <w:bottom w:val="single" w:sz="4" w:space="0" w:color="CFCFCF"/>
            </w:tcBorders>
          </w:tcPr>
          <w:p/>
        </w:tc>
        <w:tc>
          <w:tcPr>
            <w:tcW w:type="dxa" w:w="2608"/>
            <w:tcBorders>
              <w:bottom w:val="single" w:sz="4" w:space="0" w:color="CFCFCF"/>
            </w:tcBorders>
          </w:tcPr>
          <w:p/>
        </w:tc>
        <w:tc>
          <w:tcPr>
            <w:tcW w:type="dxa" w:w="2154"/>
            <w:tcBorders>
              <w:bottom w:val="single" w:sz="4" w:space="0" w:color="CFCFCF"/>
            </w:tcBorders>
          </w:tcPr>
          <w:p/>
        </w:tc>
      </w:tr>
      <w:tr>
        <w:trPr>
          <w:trHeight w:val="396" w:hRule="atLeast"/>
        </w:trPr>
        <w:tc>
          <w:tcPr>
            <w:tcW w:type="dxa" w:w="907"/>
            <w:tcBorders>
              <w:bottom w:val="single" w:sz="4" w:space="0" w:color="CFCFCF"/>
            </w:tcBorders>
          </w:tcPr>
          <w:p/>
        </w:tc>
        <w:tc>
          <w:tcPr>
            <w:tcW w:type="dxa" w:w="2154"/>
            <w:tcBorders>
              <w:bottom w:val="single" w:sz="4" w:space="0" w:color="CFCFCF"/>
            </w:tcBorders>
          </w:tcPr>
          <w:p/>
        </w:tc>
        <w:tc>
          <w:tcPr>
            <w:tcW w:type="dxa" w:w="2268"/>
            <w:tcBorders>
              <w:bottom w:val="single" w:sz="4" w:space="0" w:color="CFCFCF"/>
            </w:tcBorders>
          </w:tcPr>
          <w:p/>
        </w:tc>
        <w:tc>
          <w:tcPr>
            <w:tcW w:type="dxa" w:w="2608"/>
            <w:tcBorders>
              <w:bottom w:val="single" w:sz="4" w:space="0" w:color="CFCFCF"/>
            </w:tcBorders>
          </w:tcPr>
          <w:p/>
        </w:tc>
        <w:tc>
          <w:tcPr>
            <w:tcW w:type="dxa" w:w="2154"/>
            <w:tcBorders>
              <w:bottom w:val="single" w:sz="4" w:space="0" w:color="CFCFCF"/>
            </w:tcBorders>
          </w:tcPr>
          <w:p/>
        </w:tc>
      </w:tr>
    </w:tbl>
    <w:p>
      <w:pPr>
        <w:spacing w:before="200" w:after="60"/>
      </w:pPr>
      <w:r>
        <w:rPr>
          <w:b/>
          <w:sz w:val="19"/>
        </w:rPr>
        <w:t>Special requests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09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2" w:type="dxa"/>
          <w:left w:w="0" w:type="dxa"/>
          <w:bottom w:w="62" w:type="dxa"/>
          <w:right w:w="113" w:type="dxa"/>
        </w:tblCellMar>
      </w:tblPr>
      <w:tblGrid>
        <w:gridCol w:w="1870"/>
        <w:gridCol w:w="8220"/>
      </w:tblGrid>
      <w:tr>
        <w:tc>
          <w:tcPr>
            <w:tcW w:type="dxa" w:w="1871"/>
            <w:tcBorders>
              <w:top w:val="single" w:sz="4" w:space="0" w:color="CFCFCF"/>
              <w:bottom w:val="single" w:sz="4" w:space="0" w:color="CFCFCF"/>
            </w:tcBorders>
          </w:tcPr>
          <w:p>
            <w:r>
              <w:rPr>
                <w:b w:val="0"/>
                <w:color w:val="5A5A5A"/>
                <w:sz w:val="16"/>
              </w:rPr>
              <w:t>Requested</w:t>
            </w:r>
          </w:p>
        </w:tc>
        <w:tc>
          <w:tcPr>
            <w:tcW w:type="dxa" w:w="8220"/>
            <w:tcBorders>
              <w:top w:val="single" w:sz="4" w:space="0" w:color="CFCFCF"/>
              <w:bottom w:val="single" w:sz="4" w:space="0" w:color="CFCFCF"/>
            </w:tcBorders>
          </w:tcPr>
          <w:p>
            <w:r>
              <w:rPr>
                <w:b w:val="0"/>
              </w:rPr>
              <w:t>[Worded as requests: e.g. "Late arrival around 23:00 requested"]</w:t>
            </w:r>
          </w:p>
        </w:tc>
      </w:tr>
    </w:tbl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09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2" w:type="dxa"/>
          <w:left w:w="0" w:type="dxa"/>
          <w:bottom w:w="62" w:type="dxa"/>
          <w:right w:w="113" w:type="dxa"/>
        </w:tblCellMar>
      </w:tblPr>
      <w:tblGrid>
        <w:gridCol w:w="1870"/>
        <w:gridCol w:w="2948"/>
        <w:gridCol w:w="453"/>
        <w:gridCol w:w="1870"/>
        <w:gridCol w:w="2948"/>
      </w:tblGrid>
      <w:tr>
        <w:tc>
          <w:tcPr>
            <w:tcW w:type="dxa" w:w="4819"/>
            <w:gridSpan w:val="2"/>
          </w:tcPr>
          <w:p>
            <w:pPr>
              <w:spacing w:before="200"/>
            </w:pPr>
            <w:r>
              <w:rPr>
                <w:b/>
                <w:sz w:val="19"/>
              </w:rPr>
              <w:t>Payment</w:t>
            </w:r>
          </w:p>
        </w:tc>
        <w:tc>
          <w:tcPr>
            <w:tcW w:type="dxa" w:w="454"/>
          </w:tcPr>
          <w:p/>
        </w:tc>
        <w:tc>
          <w:tcPr>
            <w:tcW w:type="dxa" w:w="4819"/>
            <w:gridSpan w:val="2"/>
          </w:tcPr>
          <w:p>
            <w:pPr>
              <w:spacing w:before="200"/>
            </w:pPr>
            <w:r>
              <w:rPr>
                <w:b/>
                <w:sz w:val="19"/>
              </w:rPr>
              <w:t>Cancellation</w:t>
            </w:r>
          </w:p>
        </w:tc>
      </w:tr>
      <w:tr>
        <w:tc>
          <w:tcPr>
            <w:tcW w:type="dxa" w:w="1871"/>
            <w:tcBorders>
              <w:top w:val="single" w:sz="4" w:space="0" w:color="CFCFCF"/>
            </w:tcBorders>
          </w:tcPr>
          <w:p>
            <w:r>
              <w:rPr>
                <w:b w:val="0"/>
                <w:color w:val="5A5A5A"/>
                <w:sz w:val="16"/>
              </w:rPr>
              <w:t>Prepaid by us</w:t>
            </w:r>
          </w:p>
        </w:tc>
        <w:tc>
          <w:tcPr>
            <w:tcW w:type="dxa" w:w="2948"/>
            <w:tcBorders>
              <w:top w:val="single" w:sz="4" w:space="0" w:color="CFCFCF"/>
            </w:tcBorders>
          </w:tcPr>
          <w:p>
            <w:r>
              <w:rPr>
                <w:b w:val="0"/>
              </w:rPr>
              <w:t>[Room and meal plan as above]</w:t>
            </w:r>
          </w:p>
        </w:tc>
        <w:tc>
          <w:tcPr>
            <w:tcW w:type="dxa" w:w="454"/>
          </w:tcPr>
          <w:p/>
        </w:tc>
        <w:tc>
          <w:tcPr>
            <w:tcW w:type="dxa" w:w="1871"/>
            <w:tcBorders>
              <w:top w:val="single" w:sz="4" w:space="0" w:color="CFCFCF"/>
              <w:bottom w:val="single" w:sz="4" w:space="0" w:color="CFCFCF"/>
            </w:tcBorders>
          </w:tcPr>
          <w:p>
            <w:r>
              <w:rPr>
                <w:b w:val="0"/>
                <w:color w:val="5A5A5A"/>
                <w:sz w:val="16"/>
              </w:rPr>
              <w:t>Terms</w:t>
            </w:r>
          </w:p>
        </w:tc>
        <w:tc>
          <w:tcPr>
            <w:tcW w:type="dxa" w:w="2948"/>
            <w:tcBorders>
              <w:top w:val="single" w:sz="4" w:space="0" w:color="CFCFCF"/>
              <w:bottom w:val="single" w:sz="4" w:space="0" w:color="CFCFCF"/>
            </w:tcBorders>
          </w:tcPr>
          <w:p>
            <w:r>
              <w:rPr>
                <w:b w:val="0"/>
              </w:rPr>
              <w:t>[Your cancellation terms for this booking, as agreed with the guest]</w:t>
            </w:r>
          </w:p>
        </w:tc>
      </w:tr>
      <w:tr>
        <w:tc>
          <w:tcPr>
            <w:tcW w:type="dxa" w:w="1871"/>
            <w:tcBorders>
              <w:top w:val="single" w:sz="4" w:space="0" w:color="CFCFCF"/>
              <w:bottom w:val="single" w:sz="4" w:space="0" w:color="CFCFCF"/>
            </w:tcBorders>
          </w:tcPr>
          <w:p>
            <w:r>
              <w:rPr>
                <w:b w:val="0"/>
                <w:color w:val="5A5A5A"/>
                <w:sz w:val="16"/>
              </w:rPr>
              <w:t>Payable at the hotel</w:t>
            </w:r>
          </w:p>
        </w:tc>
        <w:tc>
          <w:tcPr>
            <w:tcW w:type="dxa" w:w="2948"/>
            <w:tcBorders>
              <w:top w:val="single" w:sz="4" w:space="0" w:color="CFCFCF"/>
              <w:bottom w:val="single" w:sz="4" w:space="0" w:color="CFCFCF"/>
            </w:tcBorders>
          </w:tcPr>
          <w:p>
            <w:r>
              <w:rPr>
                <w:b w:val="0"/>
              </w:rPr>
              <w:t>[What the guest pays: e.g. local taxes, incidentals]</w:t>
            </w:r>
          </w:p>
        </w:tc>
        <w:tc>
          <w:tcPr>
            <w:tcW w:type="dxa" w:w="454"/>
          </w:tcPr>
          <w:p/>
        </w:tc>
        <w:tc>
          <w:tcPr>
            <w:tcW w:type="dxa" w:w="1871"/>
          </w:tcPr>
          <w:p/>
        </w:tc>
        <w:tc>
          <w:tcPr>
            <w:tcW w:type="dxa" w:w="2948"/>
          </w:tcPr>
          <w:p/>
        </w:tc>
      </w:tr>
      <w:tr>
        <w:tc>
          <w:tcPr>
            <w:tcW w:type="dxa" w:w="4819"/>
            <w:gridSpan w:val="2"/>
          </w:tcPr>
          <w:p>
            <w:pPr>
              <w:spacing w:before="60"/>
            </w:pPr>
            <w:r>
              <w:rPr>
                <w:b/>
                <w:sz w:val="18"/>
              </w:rPr>
              <w:t>Booked and payable by [Your agency name]. Extras are payable directly by the guest.</w:t>
            </w:r>
          </w:p>
        </w:tc>
        <w:tc>
          <w:tcPr>
            <w:tcW w:type="dxa" w:w="454"/>
          </w:tcPr>
          <w:p/>
        </w:tc>
        <w:tc>
          <w:tcPr>
            <w:tcW w:type="dxa" w:w="1871"/>
          </w:tcPr>
          <w:p/>
        </w:tc>
        <w:tc>
          <w:tcPr>
            <w:tcW w:type="dxa" w:w="2948"/>
          </w:tcPr>
          <w:p/>
        </w:tc>
      </w:tr>
    </w:tbl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09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18"/>
        <w:gridCol w:w="453"/>
        <w:gridCol w:w="4818"/>
      </w:tblGrid>
      <w:tr>
        <w:tc>
          <w:tcPr>
            <w:tcW w:type="dxa" w:w="4819"/>
          </w:tcPr>
          <w:p>
            <w:pPr>
              <w:spacing w:before="200" w:after="60"/>
            </w:pPr>
            <w:r>
              <w:rPr>
                <w:b/>
                <w:sz w:val="19"/>
              </w:rPr>
              <w:t>Help during your stay</w:t>
            </w:r>
          </w:p>
        </w:tc>
        <w:tc>
          <w:tcPr>
            <w:tcW w:type="dxa" w:w="454"/>
          </w:tcPr>
          <w:p/>
        </w:tc>
        <w:tc>
          <w:tcPr>
            <w:tcW w:type="dxa" w:w="4819"/>
          </w:tcPr>
          <w:p>
            <w:pPr>
              <w:spacing w:before="200" w:after="60"/>
            </w:pPr>
            <w:r>
              <w:rPr>
                <w:b/>
                <w:sz w:val="19"/>
              </w:rPr>
              <w:t>Check this voucher</w:t>
            </w:r>
          </w:p>
        </w:tc>
      </w:tr>
      <w:tr>
        <w:tc>
          <w:tcPr>
            <w:tcW w:type="dxa" w:w="4819"/>
          </w:tcPr>
          <w:tbl>
            <w:tblPr>
              <w:jc w:val="left"/>
              <w:tblLayout w:type="fixed"/>
              <w:tblLook w:firstColumn="1" w:firstRow="1" w:lastColumn="0" w:lastRow="0" w:noHBand="0" w:noVBand="1" w:val="04A0"/>
              <w:tblLayout w:type="fixed"/>
              <w:tblW w:w="4818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2" w:type="dxa"/>
                <w:left w:w="0" w:type="dxa"/>
                <w:bottom w:w="62" w:type="dxa"/>
                <w:right w:w="113" w:type="dxa"/>
              </w:tblCellMar>
            </w:tblPr>
            <w:tblGrid>
              <w:gridCol w:w="1870"/>
              <w:gridCol w:w="2948"/>
            </w:tblGrid>
            <w:tr>
              <w:tc>
                <w:tcPr>
                  <w:tcW w:type="dxa" w:w="1871"/>
                  <w:tcBorders>
                    <w:top w:val="single" w:sz="4" w:space="0" w:color="CFCFCF"/>
                  </w:tcBorders>
                </w:tcPr>
                <w:p>
                  <w:r>
                    <w:rPr>
                      <w:b w:val="0"/>
                      <w:color w:val="5A5A5A"/>
                      <w:sz w:val="16"/>
                    </w:rPr>
                    <w:t>24-hour line</w:t>
                  </w:r>
                </w:p>
              </w:tc>
              <w:tc>
                <w:tcPr>
                  <w:tcW w:type="dxa" w:w="2948"/>
                  <w:tcBorders>
                    <w:top w:val="single" w:sz="4" w:space="0" w:color="CFCFCF"/>
                  </w:tcBorders>
                </w:tcPr>
                <w:p>
                  <w:r>
                    <w:rPr>
                      <w:b w:val="0"/>
                    </w:rPr>
                    <w:t>[Phone, answered day and night]</w:t>
                  </w:r>
                </w:p>
              </w:tc>
            </w:tr>
            <w:tr>
              <w:tc>
                <w:tcPr>
                  <w:tcW w:type="dxa" w:w="1871"/>
                  <w:tcBorders>
                    <w:top w:val="single" w:sz="4" w:space="0" w:color="CFCFCF"/>
                    <w:bottom w:val="single" w:sz="4" w:space="0" w:color="CFCFCF"/>
                  </w:tcBorders>
                </w:tcPr>
                <w:p>
                  <w:r>
                    <w:rPr>
                      <w:b w:val="0"/>
                      <w:color w:val="5A5A5A"/>
                      <w:sz w:val="16"/>
                    </w:rPr>
                    <w:t>Local contact</w:t>
                  </w:r>
                </w:p>
              </w:tc>
              <w:tc>
                <w:tcPr>
                  <w:tcW w:type="dxa" w:w="2948"/>
                  <w:tcBorders>
                    <w:top w:val="single" w:sz="4" w:space="0" w:color="CFCFCF"/>
                    <w:bottom w:val="single" w:sz="4" w:space="0" w:color="CFCFCF"/>
                  </w:tcBorders>
                </w:tcPr>
                <w:p>
                  <w:r>
                    <w:rPr>
                      <w:b w:val="0"/>
                    </w:rPr>
                    <w:t>[Name, phone, hours in local time]</w:t>
                  </w:r>
                </w:p>
              </w:tc>
            </w:tr>
          </w:tbl>
          <w:p>
            <w:pPr>
              <w:spacing w:before="0" w:after="0" w:line="20" w:lineRule="exact"/>
              <w:rPr>
                <w:sz w:val="2"/>
              </w:rPr>
            </w:pPr>
          </w:p>
          <w:p>
            <w:pPr>
              <w:spacing w:before="180"/>
            </w:pPr>
            <w:r>
              <w:rPr>
                <w:b w:val="0"/>
                <w:sz w:val="18"/>
              </w:rPr>
              <w:t>Please show this voucher and your passport at check-in.</w:t>
            </w:r>
          </w:p>
        </w:tc>
        <w:tc>
          <w:tcPr>
            <w:tcW w:type="dxa" w:w="454"/>
          </w:tcPr>
          <w:p/>
        </w:tc>
        <w:tc>
          <w:tcPr>
            <w:tcW w:type="dxa" w:w="4819"/>
          </w:tcPr>
          <w:tbl>
            <w:tblPr>
              <w:jc w:val="left"/>
              <w:tblLayout w:type="fixed"/>
              <w:tblLook w:firstColumn="1" w:firstRow="1" w:lastColumn="0" w:lastRow="0" w:noHBand="0" w:noVBand="1" w:val="04A0"/>
              <w:tblLayout w:type="fixed"/>
              <w:tblW w:w="4818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113" w:type="dxa"/>
                <w:left w:w="0" w:type="dxa"/>
                <w:bottom w:w="0" w:type="dxa"/>
                <w:right w:w="113" w:type="dxa"/>
              </w:tblCellMar>
            </w:tblPr>
            <w:tblGrid>
              <w:gridCol w:w="1474"/>
              <w:gridCol w:w="3344"/>
            </w:tblGrid>
            <w:tr>
              <w:tc>
                <w:tcPr>
                  <w:tcW w:type="dxa" w:w="1474"/>
                  <w:tcBorders>
                    <w:top w:val="single" w:sz="4" w:space="0" w:color="CFCFCF"/>
                  </w:tcBorders>
                </w:tcPr>
                <w:tbl>
                  <w:tblPr>
                    <w:jc w:val="left"/>
                    <w:tblLayout w:type="fixed"/>
                    <w:tblLook w:firstColumn="1" w:firstRow="1" w:lastColumn="0" w:lastRow="0" w:noHBand="0" w:noVBand="1" w:val="04A0"/>
                    <w:tblLayout w:type="fixed"/>
                    <w:tblW w:w="1360" w:type="dxa"/>
                    <w:tblInd w:w="0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360"/>
                  </w:tblGrid>
                  <w:tr>
                    <w:trPr>
                      <w:trHeight w:val="1360" w:hRule="exact"/>
                    </w:trPr>
                    <w:tc>
                      <w:tcPr>
                        <w:tcW w:type="dxa" w:w="1361"/>
                        <w:tcBorders>
                          <w:top w:val="single" w:sz="4" w:space="0" w:color="9A9A9A"/>
                          <w:left w:val="single" w:sz="4" w:space="0" w:color="9A9A9A"/>
                          <w:bottom w:val="single" w:sz="4" w:space="0" w:color="9A9A9A"/>
                          <w:right w:val="single" w:sz="4" w:space="0" w:color="9A9A9A"/>
                        </w:tcBorders>
                        <w:vAlign w:val="center"/>
                      </w:tcPr>
                      <w:p>
                        <w:pPr>
                          <w:jc w:val="center"/>
                        </w:pPr>
                        <w:r>
                          <w:rPr>
                            <w:b w:val="0"/>
                            <w:color w:val="6B6B6B"/>
                            <w:sz w:val="16"/>
                          </w:rPr>
                          <w:t>[QR code]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  <w:rPr>
                      <w:sz w:val="2"/>
                    </w:rPr>
                  </w:pPr>
                </w:p>
              </w:tc>
              <w:tc>
                <w:tcPr>
                  <w:tcW w:type="dxa" w:w="3345"/>
                  <w:tcBorders>
                    <w:top w:val="single" w:sz="4" w:space="0" w:color="CFCFCF"/>
                  </w:tcBorders>
                </w:tcPr>
                <w:p>
                  <w:r>
                    <w:rPr>
                      <w:b w:val="0"/>
                      <w:sz w:val="17"/>
                    </w:rPr>
                    <w:t>To check this voucher, scan the code or call [phone] and quote the voucher number.</w:t>
                  </w:r>
                </w:p>
                <w:p>
                  <w:pPr>
                    <w:spacing w:before="60"/>
                  </w:pPr>
                  <w:r>
                    <w:rPr>
                      <w:b w:val="0"/>
                      <w:sz w:val="17"/>
                    </w:rPr>
                    <w:t>This version replaces any earlier version of this voucher.</w:t>
                  </w:r>
                </w:p>
              </w:tc>
            </w:tr>
          </w:tbl>
          <w:p>
            <w:pPr>
              <w:spacing w:before="0" w:after="0" w:line="20" w:lineRule="exact"/>
              <w:rPr>
                <w:sz w:val="2"/>
              </w:rPr>
            </w:pP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268" w:right="907" w:bottom="1247" w:left="907" w:header="79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9A9A"/>
      </w:pBdr>
      <w:tabs>
        <w:tab w:pos="10091" w:val="right"/>
      </w:tabs>
    </w:pPr>
    <w:r>
      <w:rPr>
        <w:b w:val="0"/>
        <w:color w:val="5A5A5A"/>
        <w:sz w:val="15"/>
      </w:rPr>
      <w:t>[Registered company name] · [Licence or registration no.] · [Tax no., if any]</w:t>
    </w:r>
    <w:r>
      <w:rPr>
        <w:b w:val="0"/>
        <w:color w:val="5A5A5A"/>
        <w:sz w:val="15"/>
      </w:rPr>
      <w:tab/>
      <w:t xml:space="preserve">[VOU-0000] · Page </w:t>
    </w:r>
    <w:r>
      <w:rPr>
        <w:rFonts w:ascii="Arial" w:hAnsi="Arial" w:cs="Arial"/>
        <w:color w:val="5A5A5A"/>
        <w:sz w:val="15"/>
        <w:szCs w:val="15"/>
      </w:rPr>
      <w:fldChar w:fldCharType="begin"/>
    </w:r>
    <w:r>
      <w:rPr>
        <w:rFonts w:ascii="Arial" w:hAnsi="Arial" w:cs="Arial"/>
        <w:color w:val="5A5A5A"/>
        <w:sz w:val="15"/>
        <w:szCs w:val="15"/>
      </w:rPr>
      <w:instrText xml:space="preserve"> PAGE </w:instrText>
    </w:r>
    <w:r>
      <w:rPr>
        <w:rFonts w:ascii="Arial" w:hAnsi="Arial" w:cs="Arial"/>
        <w:color w:val="5A5A5A"/>
        <w:sz w:val="15"/>
        <w:szCs w:val="15"/>
      </w:rPr>
      <w:fldChar w:fldCharType="separate"/>
    </w:r>
    <w:r>
      <w:rPr>
        <w:rFonts w:ascii="Arial" w:hAnsi="Arial" w:cs="Arial"/>
        <w:color w:val="5A5A5A"/>
        <w:sz w:val="15"/>
        <w:szCs w:val="15"/>
      </w:rPr>
      <w:t>1</w:t>
    </w:r>
    <w:r>
      <w:rPr>
        <w:rFonts w:ascii="Arial" w:hAnsi="Arial" w:cs="Arial"/>
        <w:color w:val="5A5A5A"/>
        <w:sz w:val="15"/>
        <w:szCs w:val="15"/>
      </w:rPr>
      <w:fldChar w:fldCharType="end"/>
    </w:r>
    <w:r>
      <w:rPr>
        <w:b w:val="0"/>
        <w:color w:val="5A5A5A"/>
        <w:sz w:val="15"/>
      </w:rPr>
      <w:t xml:space="preserve"> of </w:t>
    </w:r>
    <w:r>
      <w:rPr>
        <w:rFonts w:ascii="Arial" w:hAnsi="Arial" w:cs="Arial"/>
        <w:color w:val="5A5A5A"/>
        <w:sz w:val="15"/>
        <w:szCs w:val="15"/>
      </w:rPr>
      <w:fldChar w:fldCharType="begin"/>
    </w:r>
    <w:r>
      <w:rPr>
        <w:rFonts w:ascii="Arial" w:hAnsi="Arial" w:cs="Arial"/>
        <w:color w:val="5A5A5A"/>
        <w:sz w:val="15"/>
        <w:szCs w:val="15"/>
      </w:rPr>
      <w:instrText xml:space="preserve"> NUMPAGES </w:instrText>
    </w:r>
    <w:r>
      <w:rPr>
        <w:rFonts w:ascii="Arial" w:hAnsi="Arial" w:cs="Arial"/>
        <w:color w:val="5A5A5A"/>
        <w:sz w:val="15"/>
        <w:szCs w:val="15"/>
      </w:rPr>
      <w:fldChar w:fldCharType="separate"/>
    </w:r>
    <w:r>
      <w:rPr>
        <w:rFonts w:ascii="Arial" w:hAnsi="Arial" w:cs="Arial"/>
        <w:color w:val="5A5A5A"/>
        <w:sz w:val="15"/>
        <w:szCs w:val="15"/>
      </w:rPr>
      <w:t>1</w:t>
    </w:r>
    <w:r>
      <w:rPr>
        <w:rFonts w:ascii="Arial" w:hAnsi="Arial" w:cs="Arial"/>
        <w:color w:val="5A5A5A"/>
        <w:sz w:val="15"/>
        <w:szCs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jc w:val="left"/>
      <w:tblLayout w:type="fixed"/>
      <w:tblLook w:firstColumn="1" w:firstRow="1" w:lastColumn="0" w:lastRow="0" w:noHBand="0" w:noVBand="1" w:val="04A0"/>
      <w:tblLayout w:type="fixed"/>
      <w:tblW w:w="1009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1927"/>
      <w:gridCol w:w="4535"/>
      <w:gridCol w:w="3628"/>
    </w:tblGrid>
    <w:tr>
      <w:tc>
        <w:tcPr>
          <w:tcW w:type="dxa" w:w="1928"/>
        </w:tcPr>
        <w:tbl>
          <w:tblPr>
            <w:jc w:val="left"/>
            <w:tblLayout w:type="fixed"/>
            <w:tblLook w:firstColumn="1" w:firstRow="1" w:lastColumn="0" w:lastRow="0" w:noHBand="0" w:noVBand="1" w:val="04A0"/>
            <w:tblLayout w:type="fixed"/>
            <w:tblW w:w="1700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700"/>
          </w:tblGrid>
          <w:tr>
            <w:trPr>
              <w:trHeight w:val="850" w:hRule="exact"/>
            </w:trPr>
            <w:tc>
              <w:tcPr>
                <w:tcW w:type="dxa" w:w="1701"/>
                <w:tcBorders>
                  <w:top w:val="single" w:sz="4" w:space="0" w:color="9A9A9A"/>
                  <w:left w:val="single" w:sz="4" w:space="0" w:color="9A9A9A"/>
                  <w:bottom w:val="single" w:sz="4" w:space="0" w:color="9A9A9A"/>
                  <w:right w:val="single" w:sz="4" w:space="0" w:color="9A9A9A"/>
                </w:tcBorders>
                <w:vAlign w:val="center"/>
              </w:tcPr>
              <w:p>
                <w:pPr>
                  <w:jc w:val="center"/>
                </w:pPr>
                <w:r>
                  <w:rPr>
                    <w:b w:val="0"/>
                    <w:color w:val="6B6B6B"/>
                    <w:sz w:val="16"/>
                  </w:rPr>
                  <w:t>[Your logo]</w:t>
                </w:r>
              </w:p>
            </w:tc>
          </w:tr>
        </w:tbl>
        <w:p>
          <w:pPr>
            <w:spacing w:before="0" w:after="0" w:line="20" w:lineRule="exact"/>
            <w:rPr>
              <w:sz w:val="2"/>
            </w:rPr>
          </w:pPr>
        </w:p>
      </w:tc>
      <w:tc>
        <w:tcPr>
          <w:tcW w:type="dxa" w:w="4535"/>
        </w:tcPr>
        <w:p>
          <w:r>
            <w:rPr>
              <w:b/>
              <w:sz w:val="22"/>
            </w:rPr>
            <w:t>[Your agency name]</w:t>
          </w:r>
        </w:p>
        <w:p>
          <w:pPr>
            <w:spacing w:before="40"/>
          </w:pPr>
          <w:r>
            <w:rPr>
              <w:b w:val="0"/>
              <w:color w:val="5A5A5A"/>
              <w:sz w:val="17"/>
            </w:rPr>
            <w:t>[Street address, city, country]</w:t>
          </w:r>
        </w:p>
        <w:p>
          <w:r>
            <w:rPr>
              <w:b w:val="0"/>
              <w:color w:val="5A5A5A"/>
              <w:sz w:val="17"/>
            </w:rPr>
            <w:t>[Phone] · [Email] · [Website]</w:t>
          </w:r>
        </w:p>
      </w:tc>
      <w:tc>
        <w:tcPr>
          <w:tcW w:type="dxa" w:w="3628"/>
        </w:tcPr>
        <w:p>
          <w:pPr>
            <w:spacing w:after="100"/>
            <w:jc w:val="right"/>
          </w:pPr>
          <w:r>
            <w:rPr>
              <w:b/>
              <w:color w:val="1F3A5F"/>
              <w:sz w:val="38"/>
            </w:rPr>
            <w:t>Hotel voucher</w:t>
          </w:r>
        </w:p>
        <w:tbl>
          <w:tblPr>
            <w:tblLayout w:type="fixed"/>
            <w:tblLook w:firstColumn="1" w:firstRow="1" w:lastColumn="0" w:lastRow="0" w:noHBand="0" w:noVBand="1" w:val="04A0"/>
            <w:tblLayout w:type="fixed"/>
            <w:tblW w:w="3401" w:type="dxa"/>
            <w:jc w:val="right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CellMar>
              <w:top w:w="22" w:type="dxa"/>
              <w:left w:w="0" w:type="dxa"/>
              <w:bottom w:w="22" w:type="dxa"/>
              <w:right w:w="141" w:type="dxa"/>
            </w:tblCellMar>
          </w:tblPr>
          <w:tblGrid>
            <w:gridCol w:w="1700"/>
            <w:gridCol w:w="1700"/>
          </w:tblGrid>
          <w:tr>
            <w:tc>
              <w:tcPr>
                <w:tcW w:type="dxa" w:w="1701"/>
              </w:tcPr>
              <w:p>
                <w:pPr>
                  <w:jc w:val="right"/>
                </w:pPr>
                <w:r>
                  <w:rPr>
                    <w:b w:val="0"/>
                    <w:color w:val="5A5A5A"/>
                    <w:sz w:val="16"/>
                  </w:rPr>
                  <w:t>Voucher no.</w:t>
                </w:r>
              </w:p>
            </w:tc>
            <w:tc>
              <w:tcPr>
                <w:tcW w:type="dxa" w:w="1701"/>
              </w:tcPr>
              <w:p>
                <w:r>
                  <w:rPr>
                    <w:b w:val="0"/>
                    <w:sz w:val="18"/>
                  </w:rPr>
                  <w:t>[VOU-0000]</w:t>
                </w:r>
              </w:p>
            </w:tc>
          </w:tr>
          <w:tr>
            <w:tc>
              <w:tcPr>
                <w:tcW w:type="dxa" w:w="1701"/>
              </w:tcPr>
              <w:p>
                <w:pPr>
                  <w:jc w:val="right"/>
                </w:pPr>
                <w:r>
                  <w:rPr>
                    <w:b w:val="0"/>
                    <w:color w:val="5A5A5A"/>
                    <w:sz w:val="16"/>
                  </w:rPr>
                  <w:t>Issue date</w:t>
                </w:r>
              </w:p>
            </w:tc>
            <w:tc>
              <w:tcPr>
                <w:tcW w:type="dxa" w:w="1701"/>
              </w:tcPr>
              <w:p>
                <w:r>
                  <w:rPr>
                    <w:b w:val="0"/>
                    <w:sz w:val="18"/>
                  </w:rPr>
                  <w:t>[DD Month YYYY]</w:t>
                </w:r>
              </w:p>
            </w:tc>
          </w:tr>
          <w:tr>
            <w:tc>
              <w:tcPr>
                <w:tcW w:type="dxa" w:w="1701"/>
              </w:tcPr>
              <w:p>
                <w:pPr>
                  <w:jc w:val="right"/>
                </w:pPr>
                <w:r>
                  <w:rPr>
                    <w:b w:val="0"/>
                    <w:color w:val="5A5A5A"/>
                    <w:sz w:val="16"/>
                  </w:rPr>
                  <w:t>Version</w:t>
                </w:r>
              </w:p>
            </w:tc>
            <w:tc>
              <w:tcPr>
                <w:tcW w:type="dxa" w:w="1701"/>
              </w:tcPr>
              <w:p>
                <w:r>
                  <w:rPr>
                    <w:b w:val="0"/>
                    <w:sz w:val="18"/>
                  </w:rPr>
                  <w:t>[1]</w:t>
                </w:r>
              </w:p>
            </w:tc>
          </w:tr>
        </w:tbl>
        <w:p>
          <w:pPr>
            <w:spacing w:before="0" w:after="0" w:line="20" w:lineRule="exact"/>
            <w:rPr>
              <w:sz w:val="2"/>
            </w:rPr>
          </w:pPr>
        </w:p>
      </w:tc>
    </w:tr>
  </w:tbl>
  <w:p>
    <w:pPr>
      <w:spacing w:before="100"/>
      <w:pBdr>
        <w:bottom w:val="single" w:sz="8" w:space="0" w:color="1F3A5F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 w:cs="Arial" w:eastAsia="Arial"/>
      <w:color w:val="1A1A1A"/>
      <w:sz w:val="19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voucher</dc:title>
  <dc:subject>Hotel voucher template</dc:subject>
  <dc:creator/>
  <cp:keywords/>
  <dc:description/>
  <cp:lastModifiedBy/>
  <cp:revision>1</cp:revision>
  <dcterms:created xsi:type="dcterms:W3CDTF">2026-11-01T00:00:00Z</dcterms:created>
  <dcterms:modified xsi:type="dcterms:W3CDTF">2026-11-01T00:00:00Z</dcterms:modified>
  <cp:category/>
  <cp:lastPrinted>2026-11-01T00:00:00Z</cp:lastPrinted>
</cp:coreProperties>
</file>